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D89A2" w14:textId="77777777" w:rsidR="001C3D5A" w:rsidRDefault="00000000">
      <w:pPr>
        <w:spacing w:after="40"/>
        <w:jc w:val="center"/>
      </w:pPr>
      <w:r>
        <w:rPr>
          <w:b/>
          <w:color w:val="0A2540"/>
          <w:sz w:val="36"/>
        </w:rPr>
        <w:t>Prairie DuPont Post 485 -- Membership Meeting Minutes</w:t>
      </w:r>
    </w:p>
    <w:p w14:paraId="2B85F534" w14:textId="77777777" w:rsidR="001C3D5A" w:rsidRDefault="00000000">
      <w:pPr>
        <w:spacing w:after="360"/>
        <w:jc w:val="center"/>
      </w:pPr>
      <w:r>
        <w:rPr>
          <w:b/>
          <w:color w:val="466478"/>
          <w:sz w:val="24"/>
        </w:rPr>
        <w:t>Date: 13 Jul 2026</w:t>
      </w:r>
    </w:p>
    <w:tbl>
      <w:tblPr>
        <w:tblW w:w="0" w:type="auto"/>
        <w:jc w:val="center"/>
        <w:tblLayout w:type="fixed"/>
        <w:tblLook w:val="04A0" w:firstRow="1" w:lastRow="0" w:firstColumn="1" w:lastColumn="0" w:noHBand="0" w:noVBand="1"/>
      </w:tblPr>
      <w:tblGrid>
        <w:gridCol w:w="2880"/>
        <w:gridCol w:w="6480"/>
      </w:tblGrid>
      <w:tr w:rsidR="001C3D5A" w14:paraId="12D4DA08" w14:textId="77777777">
        <w:trPr>
          <w:jc w:val="center"/>
        </w:trPr>
        <w:tc>
          <w:tcPr>
            <w:tcW w:w="2880" w:type="dxa"/>
          </w:tcPr>
          <w:p w14:paraId="4D1C8E34" w14:textId="77777777" w:rsidR="001C3D5A" w:rsidRDefault="00000000">
            <w:r>
              <w:rPr>
                <w:b/>
                <w:color w:val="0A2540"/>
              </w:rPr>
              <w:t>Organization:</w:t>
            </w:r>
          </w:p>
        </w:tc>
        <w:tc>
          <w:tcPr>
            <w:tcW w:w="6480" w:type="dxa"/>
          </w:tcPr>
          <w:p w14:paraId="5B883136" w14:textId="77777777" w:rsidR="001C3D5A" w:rsidRDefault="00000000">
            <w:r>
              <w:t>Prairie DuPont Post 485, American Legion, Department of Illinois</w:t>
            </w:r>
          </w:p>
        </w:tc>
      </w:tr>
      <w:tr w:rsidR="001C3D5A" w14:paraId="1D42A681" w14:textId="77777777">
        <w:trPr>
          <w:jc w:val="center"/>
        </w:trPr>
        <w:tc>
          <w:tcPr>
            <w:tcW w:w="2880" w:type="dxa"/>
          </w:tcPr>
          <w:p w14:paraId="0ABD3096" w14:textId="77777777" w:rsidR="001C3D5A" w:rsidRDefault="00000000">
            <w:r>
              <w:rPr>
                <w:b/>
                <w:color w:val="0A2540"/>
              </w:rPr>
              <w:t>Meeting Type:</w:t>
            </w:r>
          </w:p>
        </w:tc>
        <w:tc>
          <w:tcPr>
            <w:tcW w:w="6480" w:type="dxa"/>
          </w:tcPr>
          <w:p w14:paraId="16FDAF81" w14:textId="77777777" w:rsidR="001C3D5A" w:rsidRDefault="00000000">
            <w:r>
              <w:t>Regular Membership Meeting</w:t>
            </w:r>
          </w:p>
        </w:tc>
      </w:tr>
      <w:tr w:rsidR="001C3D5A" w14:paraId="79F5EA82" w14:textId="77777777">
        <w:trPr>
          <w:jc w:val="center"/>
        </w:trPr>
        <w:tc>
          <w:tcPr>
            <w:tcW w:w="2880" w:type="dxa"/>
          </w:tcPr>
          <w:p w14:paraId="20FA7703" w14:textId="77777777" w:rsidR="001C3D5A" w:rsidRDefault="00000000">
            <w:r>
              <w:rPr>
                <w:b/>
                <w:color w:val="0A2540"/>
              </w:rPr>
              <w:t>Call to Order:</w:t>
            </w:r>
          </w:p>
        </w:tc>
        <w:tc>
          <w:tcPr>
            <w:tcW w:w="6480" w:type="dxa"/>
          </w:tcPr>
          <w:p w14:paraId="43B460E4" w14:textId="77777777" w:rsidR="001C3D5A" w:rsidRDefault="00000000">
            <w:r>
              <w:t>13 July 2026 at 19:03 Hours (7:03 PM)</w:t>
            </w:r>
          </w:p>
        </w:tc>
      </w:tr>
    </w:tbl>
    <w:p w14:paraId="6A327BB4" w14:textId="77777777" w:rsidR="001C3D5A" w:rsidRDefault="001C3D5A">
      <w:pPr>
        <w:spacing w:after="240"/>
      </w:pPr>
    </w:p>
    <w:p w14:paraId="2DC0999C" w14:textId="77777777" w:rsidR="001C3D5A" w:rsidRDefault="00000000">
      <w:pPr>
        <w:keepNext/>
        <w:spacing w:before="360" w:after="120"/>
      </w:pPr>
      <w:r>
        <w:rPr>
          <w:b/>
          <w:color w:val="0A2540"/>
          <w:sz w:val="32"/>
        </w:rPr>
        <w:t>1. Opening Ceremonies</w:t>
      </w:r>
    </w:p>
    <w:p w14:paraId="50D1BAC1" w14:textId="3CB28612"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I'm going to go ahead and call the meeting to order here at 7-0-3. Everyone please stand, face the colors, colors of the nation in place, hands salute. To chaplain, would you please offer the opening prayer. Everyone uncover.</w:t>
      </w:r>
    </w:p>
    <w:p w14:paraId="18F66A16" w14:textId="77777777" w:rsidR="001C3D5A" w:rsidRDefault="00000000">
      <w:pPr>
        <w:spacing w:before="120" w:after="120"/>
        <w:ind w:left="720" w:right="720"/>
      </w:pPr>
      <w:r>
        <w:rPr>
          <w:b/>
          <w:color w:val="466478"/>
          <w:sz w:val="20"/>
        </w:rPr>
        <w:t>[Opening Prayer]</w:t>
      </w:r>
      <w:r>
        <w:rPr>
          <w:b/>
          <w:color w:val="466478"/>
          <w:sz w:val="20"/>
        </w:rPr>
        <w:br/>
      </w:r>
      <w:r>
        <w:rPr>
          <w:i/>
          <w:sz w:val="20"/>
        </w:rPr>
        <w:t>Almighty God, father of all mankind and judge over nations, we pray thee to guide our work in this meeting and all our days. Send thy peace to our nation and to all nations. Hasten the fulfillment of thy promise of peace that shall have no end.</w:t>
      </w:r>
      <w:r>
        <w:rPr>
          <w:i/>
          <w:sz w:val="20"/>
        </w:rPr>
        <w:br/>
      </w:r>
      <w:r>
        <w:rPr>
          <w:i/>
          <w:sz w:val="20"/>
        </w:rPr>
        <w:br/>
        <w:t>We pray for those who serve the people and guard the public welfare, that by thy blessings they may be enabled to discharge their duties honestly and well. We pray that by thy help they may observe the strictest justice, keep alight the fires of freedom, strive earnestly for the spirit of democracy and preserve untarnished our loyalty to our country and to thee. Finally, oh God of mercy, we ask thy blessing and comfort for those who are suffering mental and physical disability. Cure them and bring them the blessings of health and happiness. Amen.</w:t>
      </w:r>
    </w:p>
    <w:p w14:paraId="40509E04" w14:textId="2B946494"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Let's go ahead and recover. I know we've messed this up in the past but go forward. POW/MIA chair is in place at all official meetings of the American Legion as a physical symbol of the many American POWs and MIAs still unaccounted for from all the wars and conflicts involved in the United States of America. This is a reminder for all of us to spare no effort to secure the release of any American prisoners from captivity. The repatriation of the remains of those who died bravely in defense of liberty and a full accounting of those missing. Let us rededicate ourselves to this vital endeavor. Please join me in the Pledge of Allegiance. We can do the hand salute.</w:t>
      </w:r>
    </w:p>
    <w:p w14:paraId="6FCAD8FD" w14:textId="77777777" w:rsidR="001C3D5A" w:rsidRDefault="00000000">
      <w:pPr>
        <w:spacing w:after="80"/>
        <w:ind w:left="360"/>
      </w:pPr>
      <w:r>
        <w:rPr>
          <w:b/>
          <w:color w:val="0A2540"/>
        </w:rPr>
        <w:t xml:space="preserve">Speaker 12: </w:t>
      </w:r>
      <w:r>
        <w:t>I pledge allegiance to the flag of the United States of America and to the Republic for which it stands, one nation under God, indivisible, with liberty and justice for all. Two.</w:t>
      </w:r>
    </w:p>
    <w:p w14:paraId="53F3646F" w14:textId="0935D264"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All right, while we're all up does everyone have their copy of the preamble?</w:t>
      </w:r>
    </w:p>
    <w:p w14:paraId="3B60E059" w14:textId="77777777" w:rsidR="001C3D5A" w:rsidRDefault="00000000">
      <w:pPr>
        <w:spacing w:before="120" w:after="120"/>
        <w:ind w:left="720" w:right="720"/>
      </w:pPr>
      <w:r>
        <w:rPr>
          <w:b/>
          <w:color w:val="466478"/>
          <w:sz w:val="20"/>
        </w:rPr>
        <w:t>[Preamble to the Constitution of the American Legion]</w:t>
      </w:r>
      <w:r>
        <w:rPr>
          <w:b/>
          <w:color w:val="466478"/>
          <w:sz w:val="20"/>
        </w:rPr>
        <w:br/>
      </w:r>
      <w:r>
        <w:rPr>
          <w:i/>
          <w:sz w:val="20"/>
        </w:rPr>
        <w:t xml:space="preserve">For God and country, we associate ourselves together for the following purposes: To uphold and </w:t>
      </w:r>
      <w:r>
        <w:rPr>
          <w:i/>
          <w:sz w:val="20"/>
        </w:rPr>
        <w:lastRenderedPageBreak/>
        <w:t>defend the Constitution of the United States of America; to maintain law and order; to foster and perpetuate a 100% Americanism; to preserve the memories and incidents of our association in all wars; to cultivate a sense of individual obligation to the community, state, and nation; to combat the autocracy of both the classes and the masses; to make right the master of might; to promote peace and goodwill on earth; to safeguard and transmit to posterity the principles of justice, freedom, and democracy; to consecrate and sanctify our comradeship by our devotion to mutual helpfulness.</w:t>
      </w:r>
    </w:p>
    <w:p w14:paraId="0E8B9100" w14:textId="37FE48CC"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You can have a seat. Thank you. I now declare Prairie DuPont, Post 485, the American Legion, and Department of Illinois regularly convened. Adjutant, please note the starting of the minute, which I mentioned earlier, was 19.03 hours. If you would, sir, please conduct the roll call of officers.</w:t>
      </w:r>
    </w:p>
    <w:p w14:paraId="1B46583C" w14:textId="77777777" w:rsidR="001C3D5A" w:rsidRDefault="00000000">
      <w:pPr>
        <w:keepNext/>
        <w:spacing w:before="360" w:after="120"/>
      </w:pPr>
      <w:r>
        <w:rPr>
          <w:b/>
          <w:color w:val="0A2540"/>
          <w:sz w:val="32"/>
        </w:rPr>
        <w:t>2. Roll Call of Officers</w:t>
      </w:r>
    </w:p>
    <w:p w14:paraId="74B3C837" w14:textId="50DD212E"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Commander.</w:t>
      </w:r>
    </w:p>
    <w:p w14:paraId="3014DEB1" w14:textId="567699A3"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Present.</w:t>
      </w:r>
    </w:p>
    <w:p w14:paraId="2BAFF7C1" w14:textId="40358299"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Senior Vice Commander.</w:t>
      </w:r>
    </w:p>
    <w:p w14:paraId="18C07D95" w14:textId="6DDA70AA" w:rsidR="001C3D5A" w:rsidRDefault="00000000">
      <w:pPr>
        <w:spacing w:after="80"/>
        <w:ind w:left="360"/>
      </w:pPr>
      <w:r>
        <w:rPr>
          <w:b/>
          <w:color w:val="0A2540"/>
        </w:rPr>
        <w:t>Senior Vice Commander (</w:t>
      </w:r>
      <w:r w:rsidR="00260209">
        <w:rPr>
          <w:b/>
          <w:color w:val="0A2540"/>
        </w:rPr>
        <w:t>Joe Butler</w:t>
      </w:r>
      <w:r>
        <w:rPr>
          <w:b/>
          <w:color w:val="0A2540"/>
        </w:rPr>
        <w:t xml:space="preserve">): </w:t>
      </w:r>
      <w:r>
        <w:t>Present.</w:t>
      </w:r>
    </w:p>
    <w:p w14:paraId="2B9E8822" w14:textId="2F97DE6D"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Junior Vice Commander.</w:t>
      </w:r>
    </w:p>
    <w:p w14:paraId="7BD9535E" w14:textId="172E129C" w:rsidR="001C3D5A" w:rsidRDefault="00000000">
      <w:pPr>
        <w:spacing w:after="80"/>
        <w:ind w:left="360"/>
      </w:pPr>
      <w:r>
        <w:rPr>
          <w:b/>
          <w:color w:val="0A2540"/>
        </w:rPr>
        <w:t xml:space="preserve">Junior Vice Commander </w:t>
      </w:r>
      <w:r w:rsidR="00260209">
        <w:rPr>
          <w:b/>
          <w:color w:val="0A2540"/>
        </w:rPr>
        <w:t>(Tyler Beel)</w:t>
      </w:r>
      <w:r>
        <w:rPr>
          <w:b/>
          <w:color w:val="0A2540"/>
        </w:rPr>
        <w:t xml:space="preserve">: </w:t>
      </w:r>
      <w:r>
        <w:t>Present.</w:t>
      </w:r>
    </w:p>
    <w:p w14:paraId="5B60473D" w14:textId="657C61E6"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Adjutant.</w:t>
      </w:r>
    </w:p>
    <w:p w14:paraId="1799E660" w14:textId="62978A5D"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I'm here.</w:t>
      </w:r>
    </w:p>
    <w:p w14:paraId="0627A3FB" w14:textId="2D87AB51"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Finance Officer.</w:t>
      </w:r>
    </w:p>
    <w:p w14:paraId="39CA8304" w14:textId="2481AC1D" w:rsidR="001C3D5A" w:rsidRDefault="00000000">
      <w:pPr>
        <w:spacing w:after="80"/>
        <w:ind w:left="360"/>
      </w:pPr>
      <w:r>
        <w:rPr>
          <w:b/>
          <w:color w:val="0A2540"/>
        </w:rPr>
        <w:t>Finance Officer (</w:t>
      </w:r>
      <w:r w:rsidR="00260209">
        <w:rPr>
          <w:b/>
          <w:color w:val="0A2540"/>
        </w:rPr>
        <w:t>Lisa Humphrey</w:t>
      </w:r>
      <w:r>
        <w:rPr>
          <w:b/>
          <w:color w:val="0A2540"/>
        </w:rPr>
        <w:t xml:space="preserve">): </w:t>
      </w:r>
      <w:r>
        <w:t>Here.</w:t>
      </w:r>
    </w:p>
    <w:p w14:paraId="2910F816" w14:textId="232494EB"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Service Officer.</w:t>
      </w:r>
    </w:p>
    <w:p w14:paraId="0B0A3059" w14:textId="24CEF611" w:rsidR="001C3D5A" w:rsidRDefault="00000000">
      <w:pPr>
        <w:spacing w:after="80"/>
        <w:ind w:left="360"/>
      </w:pPr>
      <w:r>
        <w:rPr>
          <w:b/>
          <w:color w:val="0A2540"/>
        </w:rPr>
        <w:t xml:space="preserve">Service Officer </w:t>
      </w:r>
      <w:r w:rsidR="00260209">
        <w:rPr>
          <w:b/>
          <w:color w:val="0A2540"/>
        </w:rPr>
        <w:t>(Stephen Wylie)</w:t>
      </w:r>
      <w:r>
        <w:rPr>
          <w:b/>
          <w:color w:val="0A2540"/>
        </w:rPr>
        <w:t xml:space="preserve">: </w:t>
      </w:r>
      <w:r>
        <w:t>Here.</w:t>
      </w:r>
    </w:p>
    <w:p w14:paraId="20ED7D55" w14:textId="1D4D8C82"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Chaplain.</w:t>
      </w:r>
    </w:p>
    <w:p w14:paraId="51EDE5CB" w14:textId="508CA90E" w:rsidR="001C3D5A" w:rsidRDefault="00000000">
      <w:pPr>
        <w:spacing w:after="80"/>
        <w:ind w:left="360"/>
      </w:pPr>
      <w:r>
        <w:rPr>
          <w:b/>
          <w:color w:val="0A2540"/>
        </w:rPr>
        <w:t>Chaplain (</w:t>
      </w:r>
      <w:r w:rsidR="00260209">
        <w:rPr>
          <w:b/>
          <w:color w:val="0A2540"/>
        </w:rPr>
        <w:t>Fred Woods</w:t>
      </w:r>
      <w:r>
        <w:rPr>
          <w:b/>
          <w:color w:val="0A2540"/>
        </w:rPr>
        <w:t xml:space="preserve">): </w:t>
      </w:r>
      <w:r>
        <w:t>Here.</w:t>
      </w:r>
    </w:p>
    <w:p w14:paraId="2E957444" w14:textId="72DA2DD6"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Sergeant-at-Arms.</w:t>
      </w:r>
    </w:p>
    <w:p w14:paraId="369A0E2D" w14:textId="726B5BB4" w:rsidR="001C3D5A" w:rsidRDefault="00000000">
      <w:pPr>
        <w:spacing w:after="80"/>
        <w:ind w:left="360"/>
      </w:pPr>
      <w:r>
        <w:rPr>
          <w:b/>
          <w:color w:val="0A2540"/>
        </w:rPr>
        <w:t xml:space="preserve">Sergeant-at-Arms </w:t>
      </w:r>
      <w:r w:rsidR="00260209">
        <w:rPr>
          <w:b/>
          <w:color w:val="0A2540"/>
        </w:rPr>
        <w:t>(Stephen Wylie)</w:t>
      </w:r>
      <w:r>
        <w:rPr>
          <w:b/>
          <w:color w:val="0A2540"/>
        </w:rPr>
        <w:t xml:space="preserve">: </w:t>
      </w:r>
      <w:r>
        <w:t>Here.</w:t>
      </w:r>
    </w:p>
    <w:p w14:paraId="4F1E9409" w14:textId="7C802FF9"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Judge Advocate.</w:t>
      </w:r>
    </w:p>
    <w:p w14:paraId="6322063E" w14:textId="31FB94BF" w:rsidR="001C3D5A" w:rsidRDefault="00000000">
      <w:pPr>
        <w:spacing w:after="80"/>
        <w:ind w:left="360"/>
      </w:pPr>
      <w:r>
        <w:rPr>
          <w:b/>
          <w:color w:val="0A2540"/>
        </w:rPr>
        <w:t xml:space="preserve">Judge Advocate </w:t>
      </w:r>
      <w:r w:rsidR="00260209">
        <w:rPr>
          <w:b/>
          <w:color w:val="0A2540"/>
        </w:rPr>
        <w:t>(Stephen Wylie)</w:t>
      </w:r>
      <w:r>
        <w:rPr>
          <w:b/>
          <w:color w:val="0A2540"/>
        </w:rPr>
        <w:t xml:space="preserve">: </w:t>
      </w:r>
      <w:r>
        <w:t>Here.</w:t>
      </w:r>
    </w:p>
    <w:p w14:paraId="2B5664B9" w14:textId="64FEE63F"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Historian.</w:t>
      </w:r>
    </w:p>
    <w:p w14:paraId="2C62CBC6" w14:textId="4C4B10E8" w:rsidR="001C3D5A" w:rsidRDefault="00000000">
      <w:pPr>
        <w:spacing w:after="80"/>
        <w:ind w:left="360"/>
      </w:pPr>
      <w:r>
        <w:rPr>
          <w:b/>
          <w:color w:val="0A2540"/>
        </w:rPr>
        <w:t xml:space="preserve">Historian </w:t>
      </w:r>
      <w:r w:rsidR="00260209">
        <w:rPr>
          <w:b/>
          <w:color w:val="0A2540"/>
        </w:rPr>
        <w:t>(Fantasy Lilly)</w:t>
      </w:r>
      <w:r>
        <w:rPr>
          <w:b/>
          <w:color w:val="0A2540"/>
        </w:rPr>
        <w:t xml:space="preserve">: </w:t>
      </w:r>
      <w:r>
        <w:t>Here.</w:t>
      </w:r>
    </w:p>
    <w:p w14:paraId="6530381B" w14:textId="10481B80" w:rsidR="001C3D5A" w:rsidRDefault="00000000">
      <w:pPr>
        <w:spacing w:after="80"/>
        <w:ind w:left="360"/>
      </w:pPr>
      <w:r>
        <w:rPr>
          <w:b/>
          <w:color w:val="0A2540"/>
        </w:rPr>
        <w:t xml:space="preserve">Adjutant </w:t>
      </w:r>
      <w:r w:rsidR="00260209">
        <w:rPr>
          <w:b/>
          <w:color w:val="0A2540"/>
        </w:rPr>
        <w:t>(Ken Riddle)</w:t>
      </w:r>
      <w:r>
        <w:rPr>
          <w:b/>
          <w:color w:val="0A2540"/>
        </w:rPr>
        <w:t xml:space="preserve">: </w:t>
      </w:r>
      <w:r>
        <w:t xml:space="preserve">Sir, all present </w:t>
      </w:r>
      <w:r w:rsidR="00260209">
        <w:t>and/or accounted for</w:t>
      </w:r>
      <w:r>
        <w:t>.</w:t>
      </w:r>
    </w:p>
    <w:p w14:paraId="05E54119" w14:textId="77777777" w:rsidR="001C3D5A" w:rsidRDefault="00000000">
      <w:pPr>
        <w:keepNext/>
        <w:spacing w:before="360" w:after="120"/>
      </w:pPr>
      <w:r>
        <w:rPr>
          <w:b/>
          <w:color w:val="0A2540"/>
          <w:sz w:val="32"/>
        </w:rPr>
        <w:lastRenderedPageBreak/>
        <w:t>3. Approval of Previous Minutes &amp; Introductions</w:t>
      </w:r>
    </w:p>
    <w:p w14:paraId="46FF1507" w14:textId="1AAC85F3"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Good deal. All right. If you would, sir, please give a reading of the minutes from our previous meeting. The minutes are posted on the website. Does anyone have any questions about that? Or everyone's good going to the... We're good. Good. Before I go any further, Lisa has a new job. She has a very, very early morning tomorrow, so I'm going to try to expedite this meeting to get it done, to get her home so she can get to bed so she doesn't wake up cranky or in a bad mood for her whole day.</w:t>
      </w:r>
    </w:p>
    <w:p w14:paraId="42D6892E" w14:textId="5881D74F" w:rsidR="001C3D5A" w:rsidRDefault="00260209">
      <w:pPr>
        <w:spacing w:after="80"/>
        <w:ind w:left="360"/>
      </w:pPr>
      <w:r>
        <w:rPr>
          <w:b/>
          <w:color w:val="0A2540"/>
        </w:rPr>
        <w:t>Lisa Humphrey</w:t>
      </w:r>
      <w:r w:rsidR="00000000">
        <w:rPr>
          <w:b/>
          <w:color w:val="0A2540"/>
        </w:rPr>
        <w:t xml:space="preserve">: </w:t>
      </w:r>
      <w:proofErr w:type="gramStart"/>
      <w:r w:rsidR="00000000">
        <w:t>So</w:t>
      </w:r>
      <w:proofErr w:type="gramEnd"/>
      <w:r w:rsidR="00000000">
        <w:t xml:space="preserve"> I can get my beauty sleep.</w:t>
      </w:r>
    </w:p>
    <w:p w14:paraId="3B59892C" w14:textId="5117323C"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All right. That being said, well, we don't have any new members or guests here. Oh, no. That's Terry. I just didn't recognize him. Haven't seen him. Wow. Good deal.</w:t>
      </w:r>
    </w:p>
    <w:p w14:paraId="74F02031" w14:textId="77777777" w:rsidR="001C3D5A" w:rsidRDefault="00000000">
      <w:pPr>
        <w:keepNext/>
        <w:spacing w:before="360" w:after="120"/>
      </w:pPr>
      <w:r>
        <w:rPr>
          <w:b/>
          <w:color w:val="0A2540"/>
          <w:sz w:val="32"/>
        </w:rPr>
        <w:t>4. Committee and Chair Reports</w:t>
      </w:r>
    </w:p>
    <w:p w14:paraId="3B0FF562" w14:textId="77777777" w:rsidR="001C3D5A" w:rsidRDefault="00000000">
      <w:pPr>
        <w:keepNext/>
        <w:spacing w:before="240" w:after="80"/>
      </w:pPr>
      <w:r>
        <w:rPr>
          <w:b/>
          <w:color w:val="466478"/>
          <w:sz w:val="26"/>
        </w:rPr>
        <w:t>Service Officer Report</w:t>
      </w:r>
    </w:p>
    <w:p w14:paraId="6E45748F" w14:textId="6388F2DD" w:rsidR="001C3D5A" w:rsidRDefault="00000000">
      <w:pPr>
        <w:spacing w:after="80"/>
        <w:ind w:left="360"/>
      </w:pPr>
      <w:r>
        <w:rPr>
          <w:b/>
          <w:color w:val="0A2540"/>
        </w:rPr>
        <w:t xml:space="preserve">Service Officer </w:t>
      </w:r>
      <w:r w:rsidR="00260209">
        <w:rPr>
          <w:b/>
          <w:color w:val="0A2540"/>
        </w:rPr>
        <w:t>(Stephen Wylie)</w:t>
      </w:r>
      <w:r>
        <w:rPr>
          <w:b/>
          <w:color w:val="0A2540"/>
        </w:rPr>
        <w:t xml:space="preserve">: </w:t>
      </w:r>
      <w:r>
        <w:t>I just wanted to mention again about the Taking Care of American Veterans Act. It's still being highly contested among service organizations and politicians alike.</w:t>
      </w:r>
    </w:p>
    <w:p w14:paraId="7995887C" w14:textId="4763EFCE"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And most veterans organizations do not approve of that, correct, if I remember?</w:t>
      </w:r>
    </w:p>
    <w:p w14:paraId="78A1E4AB" w14:textId="57056C76" w:rsidR="001C3D5A" w:rsidRDefault="00260209">
      <w:pPr>
        <w:spacing w:after="80"/>
        <w:ind w:left="360"/>
      </w:pPr>
      <w:r>
        <w:rPr>
          <w:b/>
          <w:color w:val="0A2540"/>
        </w:rPr>
        <w:t>Stephen Wylie</w:t>
      </w:r>
      <w:r w:rsidR="00000000">
        <w:rPr>
          <w:b/>
          <w:color w:val="0A2540"/>
        </w:rPr>
        <w:t xml:space="preserve">: </w:t>
      </w:r>
      <w:r w:rsidR="00000000">
        <w:t>The American Legion does. The Legion is the only one I found that does.</w:t>
      </w:r>
    </w:p>
    <w:p w14:paraId="75CE7C6A" w14:textId="1A907390"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I don't know why. It's a screw-up. It's a bad deal.</w:t>
      </w:r>
    </w:p>
    <w:p w14:paraId="2F73B52E" w14:textId="220E9A63" w:rsidR="001C3D5A" w:rsidRDefault="00000000">
      <w:pPr>
        <w:spacing w:after="80"/>
        <w:ind w:left="360"/>
      </w:pPr>
      <w:r>
        <w:rPr>
          <w:b/>
          <w:color w:val="0A2540"/>
        </w:rPr>
        <w:t xml:space="preserve">Service Officer </w:t>
      </w:r>
      <w:r w:rsidR="00260209">
        <w:rPr>
          <w:b/>
          <w:color w:val="0A2540"/>
        </w:rPr>
        <w:t>(Stephen Wylie)</w:t>
      </w:r>
      <w:r>
        <w:rPr>
          <w:b/>
          <w:color w:val="0A2540"/>
        </w:rPr>
        <w:t xml:space="preserve">: </w:t>
      </w:r>
      <w:r>
        <w:t>The Wounded Warrior Project does. There's like 23 of them that drafted a letter in support of it. Yeah.</w:t>
      </w:r>
    </w:p>
    <w:p w14:paraId="04FA78E3" w14:textId="5D8AE9BF"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I do know, the last I heard, the House and the Senate have both tabled it for right now. It's not going forward. They're pulling it back because there's been so much. Anyway. All right.</w:t>
      </w:r>
    </w:p>
    <w:p w14:paraId="17FC4168" w14:textId="77777777" w:rsidR="001C3D5A" w:rsidRDefault="00000000">
      <w:pPr>
        <w:keepNext/>
        <w:spacing w:before="240" w:after="80"/>
      </w:pPr>
      <w:r>
        <w:rPr>
          <w:b/>
          <w:color w:val="466478"/>
          <w:sz w:val="26"/>
        </w:rPr>
        <w:t>Employment, Education &amp; Veterans Affairs</w:t>
      </w:r>
    </w:p>
    <w:p w14:paraId="4365FB50" w14:textId="77777777" w:rsidR="001C3D5A" w:rsidRDefault="00000000">
      <w:pPr>
        <w:spacing w:after="80"/>
        <w:ind w:left="360"/>
      </w:pPr>
      <w:r>
        <w:rPr>
          <w:b/>
          <w:color w:val="0A2540"/>
        </w:rPr>
        <w:t xml:space="preserve">Jamie Williams (Speaker 3): </w:t>
      </w:r>
      <w:r>
        <w:t>Hi, it's Jamie Williams. Just wanted to let everybody know, at JB [John Cochran / Jefferson Barracks], on July 15th and 17th, they're doing their Creative Arts Festival. So they've got music, dance, comedy, singing, storytelling, prose, artwork, all of that will be in the gym over there. Friday, July 17th, 11 a.m. to 1:30 p.m., and July 15th is actually 4:00 to 6:00 p.m. They're going to do a light lunch and serve dinner.</w:t>
      </w:r>
    </w:p>
    <w:p w14:paraId="3A66FF4F" w14:textId="7C00DCE6"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On education, on August 8th, Representative Schmidt is sponsoring a free CPR certification class here. The link is on our Facebook page. You do have to sign up through the link, but you can get certified in CPR for free here on the 8th of August.</w:t>
      </w:r>
    </w:p>
    <w:p w14:paraId="1C5D4BF9" w14:textId="77777777" w:rsidR="001C3D5A" w:rsidRDefault="00000000">
      <w:pPr>
        <w:keepNext/>
        <w:spacing w:before="240" w:after="80"/>
      </w:pPr>
      <w:r>
        <w:rPr>
          <w:b/>
          <w:color w:val="466478"/>
          <w:sz w:val="26"/>
        </w:rPr>
        <w:lastRenderedPageBreak/>
        <w:t>National Security</w:t>
      </w:r>
    </w:p>
    <w:p w14:paraId="423853DE" w14:textId="27B55779"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National security, not much there... Those of you who do not know, Senator Lindsey Graham passed away. He was actually a veteran, Air Force veteran, active duty full bird colonel. So obviously we keep not only the nation, the state of South Carolina, but his family in our thoughts and prayers. Stand-up guy. He'd been working very hard. He was trying to end the war over there.</w:t>
      </w:r>
    </w:p>
    <w:p w14:paraId="05F63F46" w14:textId="77777777" w:rsidR="001C3D5A" w:rsidRDefault="00000000">
      <w:pPr>
        <w:keepNext/>
        <w:spacing w:before="240" w:after="80"/>
      </w:pPr>
      <w:r>
        <w:rPr>
          <w:b/>
          <w:color w:val="466478"/>
          <w:sz w:val="26"/>
        </w:rPr>
        <w:t>Media and Communications</w:t>
      </w:r>
    </w:p>
    <w:p w14:paraId="52E608D1" w14:textId="037F21FD"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Media and communications. Jamie, I'll kind of throw that your direction because you sent me the post. You can share that information.</w:t>
      </w:r>
    </w:p>
    <w:p w14:paraId="5DED1018" w14:textId="50A86139" w:rsidR="001C3D5A" w:rsidRDefault="00000000">
      <w:pPr>
        <w:spacing w:after="80"/>
        <w:ind w:left="360"/>
      </w:pPr>
      <w:r>
        <w:rPr>
          <w:b/>
          <w:color w:val="0A2540"/>
        </w:rPr>
        <w:t xml:space="preserve">Jamie Williams: </w:t>
      </w:r>
      <w:proofErr w:type="gramStart"/>
      <w:r>
        <w:t>So</w:t>
      </w:r>
      <w:proofErr w:type="gramEnd"/>
      <w:r>
        <w:t xml:space="preserve"> we've been trying to be a little bit more social on our socials. In case you haven't noticed, we have 76 net followers that we've gained in the last month. We're over 1.1k now. Our views are up 48%, interactions are up 13%, and our net followers are up 117%.</w:t>
      </w:r>
    </w:p>
    <w:p w14:paraId="6A8F3E36" w14:textId="37796AF8"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proofErr w:type="gramStart"/>
      <w:r>
        <w:t>So</w:t>
      </w:r>
      <w:proofErr w:type="gramEnd"/>
      <w:r>
        <w:t xml:space="preserve"> keep tracking. A lot more people involved. A lot of favorable comments. I'm getting messaged on the regular and people talking. So very nice. Keep moving forward there.</w:t>
      </w:r>
    </w:p>
    <w:p w14:paraId="3C30647E" w14:textId="2CD79C5D"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Yeah, and we are going to have to... The eBoard voted to renew our ILLegion485.org website page. We need to add a link to that to our Facebook. So we'll be getting that up and done. Outside of that, I don't think we have anything else for media and communication other than I can tell you district is looking to move to Facebook so you'll be able to watch the meetings live and then come back also and watch recordings of them and other district information will be put out there. However, the person who had volunteered to help with that, Lisa, is waiting to talk to the district commander for him to give more specifics.</w:t>
      </w:r>
    </w:p>
    <w:p w14:paraId="278C14A2" w14:textId="4F712386" w:rsidR="001C3D5A" w:rsidRDefault="00260209">
      <w:pPr>
        <w:spacing w:after="80"/>
        <w:ind w:left="360"/>
      </w:pPr>
      <w:r>
        <w:rPr>
          <w:b/>
          <w:color w:val="0A2540"/>
        </w:rPr>
        <w:t>Lisa Humphrey (Finance Officer)</w:t>
      </w:r>
      <w:r w:rsidR="00000000">
        <w:rPr>
          <w:b/>
          <w:color w:val="0A2540"/>
        </w:rPr>
        <w:t xml:space="preserve">: </w:t>
      </w:r>
      <w:r w:rsidR="00000000">
        <w:t>I need something that actually gives me a better idea of what he's really looking for.</w:t>
      </w:r>
    </w:p>
    <w:p w14:paraId="4400630B" w14:textId="77777777" w:rsidR="001C3D5A" w:rsidRDefault="00000000">
      <w:pPr>
        <w:keepNext/>
        <w:spacing w:before="240" w:after="80"/>
      </w:pPr>
      <w:r>
        <w:rPr>
          <w:b/>
          <w:color w:val="466478"/>
          <w:sz w:val="26"/>
        </w:rPr>
        <w:t>Children and Youth</w:t>
      </w:r>
    </w:p>
    <w:p w14:paraId="5DE46ED1" w14:textId="34C99132"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Children and youth, we can go into that on August 1st. Moms on a Mission has their annual back-to-school event that we will be hosting again here. It's where they hand out all the backpacks. That's all on them. We usually have to have a few people here. There is a possibility I won't be here for that, so we're going to need somebody to be. Joe is going to be in charge, and Terry, obviously.</w:t>
      </w:r>
    </w:p>
    <w:p w14:paraId="1F7C2F41" w14:textId="04DD2FE7" w:rsidR="001C3D5A" w:rsidRDefault="00000000">
      <w:pPr>
        <w:spacing w:after="80"/>
        <w:ind w:left="360"/>
      </w:pPr>
      <w:r>
        <w:rPr>
          <w:b/>
          <w:color w:val="0A2540"/>
        </w:rPr>
        <w:t xml:space="preserve">Jamie Williams: </w:t>
      </w:r>
      <w:r>
        <w:t xml:space="preserve">Jamie Williams, about the </w:t>
      </w:r>
      <w:proofErr w:type="gramStart"/>
      <w:r>
        <w:t>Moms</w:t>
      </w:r>
      <w:proofErr w:type="gramEnd"/>
      <w:r>
        <w:t xml:space="preserve"> on a Mission thing, they usually do the trunks. We actually shared it out on our social media today. They are desperately looking for trunks. So, slight suggestion, maybe we can get one from the Sons, one from the Legion, maybe the Auxiliary. I personally will not be here either. It's like Trunk or Treat. They do different things for the kids. I think the theme is circus this year. The kids go around to the different things. You kind of decorate your car, and you have candy, and games, or if you have extra, you could even have crayons, school supplies, whatever, to hand out. If you know anybody also out in the community, or any other </w:t>
      </w:r>
      <w:r>
        <w:lastRenderedPageBreak/>
        <w:t>businesses that would like to support the community as well, reach out and tell them, hey, contact Moms. They're looking for some assistance.</w:t>
      </w:r>
    </w:p>
    <w:p w14:paraId="7A2D9698" w14:textId="78F1C742" w:rsidR="001C3D5A" w:rsidRDefault="00000000">
      <w:pPr>
        <w:spacing w:after="80"/>
        <w:ind w:left="360"/>
      </w:pPr>
      <w:r>
        <w:rPr>
          <w:b/>
          <w:color w:val="0A2540"/>
        </w:rPr>
        <w:t>Lisa</w:t>
      </w:r>
      <w:r w:rsidR="00260209">
        <w:rPr>
          <w:b/>
          <w:color w:val="0A2540"/>
        </w:rPr>
        <w:t xml:space="preserve"> Humphrey</w:t>
      </w:r>
      <w:r>
        <w:rPr>
          <w:b/>
          <w:color w:val="0A2540"/>
        </w:rPr>
        <w:t xml:space="preserve">: </w:t>
      </w:r>
      <w:r>
        <w:t>This is Lisa, Finance Officer. Just so, for anybody who isn't on Facebook on the regular, it's from 4:00 to 7:00 p.m.</w:t>
      </w:r>
    </w:p>
    <w:p w14:paraId="41F73816" w14:textId="77777777" w:rsidR="001C3D5A" w:rsidRDefault="00000000">
      <w:pPr>
        <w:keepNext/>
        <w:spacing w:before="240" w:after="80"/>
      </w:pPr>
      <w:r>
        <w:rPr>
          <w:b/>
          <w:color w:val="466478"/>
          <w:sz w:val="26"/>
        </w:rPr>
        <w:t>Internal Affairs and Membership</w:t>
      </w:r>
    </w:p>
    <w:p w14:paraId="442F6900" w14:textId="65BFE0D4"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Internal affairs and memberships, that falls under, yes, ma'am. Senior Vice, do we have anything updating on that?</w:t>
      </w:r>
    </w:p>
    <w:p w14:paraId="69DC0A00" w14:textId="20D3B1AC" w:rsidR="001C3D5A" w:rsidRDefault="00000000">
      <w:pPr>
        <w:spacing w:after="80"/>
        <w:ind w:left="360"/>
      </w:pPr>
      <w:r>
        <w:rPr>
          <w:b/>
          <w:color w:val="0A2540"/>
        </w:rPr>
        <w:t xml:space="preserve">Joseph </w:t>
      </w:r>
      <w:r w:rsidR="00260209">
        <w:rPr>
          <w:b/>
          <w:color w:val="0A2540"/>
        </w:rPr>
        <w:t xml:space="preserve">Butler </w:t>
      </w:r>
      <w:r>
        <w:rPr>
          <w:b/>
          <w:color w:val="0A2540"/>
        </w:rPr>
        <w:t>(</w:t>
      </w:r>
      <w:r w:rsidR="00260209">
        <w:rPr>
          <w:b/>
          <w:color w:val="0A2540"/>
        </w:rPr>
        <w:t xml:space="preserve">Sr Vice </w:t>
      </w:r>
      <w:proofErr w:type="spellStart"/>
      <w:r w:rsidR="00260209">
        <w:rPr>
          <w:b/>
          <w:color w:val="0A2540"/>
        </w:rPr>
        <w:t>Cmdr</w:t>
      </w:r>
      <w:proofErr w:type="spellEnd"/>
      <w:r>
        <w:rPr>
          <w:b/>
          <w:color w:val="0A2540"/>
        </w:rPr>
        <w:t xml:space="preserve">): </w:t>
      </w:r>
      <w:r>
        <w:t xml:space="preserve">No, this is Joseph </w:t>
      </w:r>
      <w:r w:rsidR="00260209">
        <w:t>Butler</w:t>
      </w:r>
      <w:r>
        <w:t>, Senior Vice. I have not gotten anything yet.</w:t>
      </w:r>
    </w:p>
    <w:p w14:paraId="39789C82" w14:textId="4A33774F"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And I can concur with that, because I was just talking to the Commander today. They will have more stuff for membership coming out on that probably after the organizational meeting on the 25th of next month.</w:t>
      </w:r>
    </w:p>
    <w:p w14:paraId="63190064" w14:textId="77777777" w:rsidR="001C3D5A" w:rsidRDefault="00000000">
      <w:pPr>
        <w:keepNext/>
        <w:spacing w:before="240" w:after="80"/>
      </w:pPr>
      <w:r>
        <w:rPr>
          <w:b/>
          <w:color w:val="466478"/>
          <w:sz w:val="26"/>
        </w:rPr>
        <w:t>Finance Report</w:t>
      </w:r>
    </w:p>
    <w:p w14:paraId="5130DC03" w14:textId="23E8460A" w:rsidR="001C3D5A" w:rsidRDefault="00000000">
      <w:pPr>
        <w:spacing w:after="80"/>
        <w:ind w:left="360"/>
      </w:pPr>
      <w:r>
        <w:rPr>
          <w:b/>
          <w:color w:val="0A2540"/>
        </w:rPr>
        <w:t xml:space="preserve">Lisa </w:t>
      </w:r>
      <w:proofErr w:type="gramStart"/>
      <w:r w:rsidR="00260209">
        <w:rPr>
          <w:b/>
          <w:color w:val="0A2540"/>
        </w:rPr>
        <w:t>Humphrey :</w:t>
      </w:r>
      <w:proofErr w:type="gramEnd"/>
      <w:r w:rsidR="00260209">
        <w:rPr>
          <w:b/>
          <w:color w:val="0A2540"/>
        </w:rPr>
        <w:t xml:space="preserve"> </w:t>
      </w:r>
      <w:r>
        <w:t>Finance Officer report: Last month's ending balance was $3,678.48. This month's ending balance is $5,966.59. So we're up. I will call that a win.</w:t>
      </w:r>
    </w:p>
    <w:p w14:paraId="5A753734" w14:textId="77DF35BA" w:rsidR="001C3D5A" w:rsidRDefault="00000000">
      <w:pPr>
        <w:spacing w:after="80"/>
        <w:ind w:left="360"/>
      </w:pPr>
      <w:r>
        <w:rPr>
          <w:b/>
          <w:color w:val="0A2540"/>
        </w:rPr>
        <w:t xml:space="preserve">Service Officer </w:t>
      </w:r>
      <w:r w:rsidR="00260209">
        <w:rPr>
          <w:b/>
          <w:color w:val="0A2540"/>
        </w:rPr>
        <w:t>(Stephen Wylie)</w:t>
      </w:r>
      <w:r>
        <w:rPr>
          <w:b/>
          <w:color w:val="0A2540"/>
        </w:rPr>
        <w:t xml:space="preserve">: </w:t>
      </w:r>
      <w:r>
        <w:t>I forgot to bring up the CD... We have a CD that's been auto-renewed since '22, and Regions Bank sent a letter saying that if they don't hear from us by the end of the month, they're going to cast it off into unclaimed funds. We've got about $3,500 in there, but with the auto-renewal, like the last quarter we got 45 cents on $3,500. So I'm the last remaining out of three signatories. I'm the last remaining living signator. And my suggestion was, since that's about what is owed to the SAL [Sons of the American Legion], that I go ahead and cash it in and turn it over to the SAL.</w:t>
      </w:r>
    </w:p>
    <w:p w14:paraId="5DD3B71B" w14:textId="4C9D21B2" w:rsidR="001C3D5A" w:rsidRDefault="00260209">
      <w:pPr>
        <w:spacing w:after="80"/>
        <w:ind w:left="360"/>
      </w:pPr>
      <w:r>
        <w:rPr>
          <w:b/>
          <w:color w:val="0A2540"/>
        </w:rPr>
        <w:t>Lisa Humphrey (Finance Officer)</w:t>
      </w:r>
      <w:r w:rsidR="00000000">
        <w:rPr>
          <w:b/>
          <w:color w:val="0A2540"/>
        </w:rPr>
        <w:t xml:space="preserve">: </w:t>
      </w:r>
      <w:r w:rsidR="00000000">
        <w:t>I'll make a motion that as a finance officer that we go ahead and...</w:t>
      </w:r>
    </w:p>
    <w:p w14:paraId="1E247242" w14:textId="2A7F3C26"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We can do that, but unfortunately to keep this by the rules, we have to do that under new business. So we have to get through the reports first. You are on the right track, just in the wrong spot. Any questions on the finance report? If not, the finance report will stand as read, pending audit.</w:t>
      </w:r>
    </w:p>
    <w:p w14:paraId="77401395" w14:textId="77777777" w:rsidR="001C3D5A" w:rsidRDefault="00000000">
      <w:pPr>
        <w:keepNext/>
        <w:spacing w:before="240" w:after="80"/>
      </w:pPr>
      <w:r>
        <w:rPr>
          <w:b/>
          <w:color w:val="466478"/>
          <w:sz w:val="26"/>
        </w:rPr>
        <w:t>Canteen &amp; Bar Management</w:t>
      </w:r>
    </w:p>
    <w:p w14:paraId="703C3183" w14:textId="3E1B9BA3"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Canteen! That would be me, bar manager. As far as everything that's been going up there, sales have been increasing. We've been getting better steady business. For those of you who don't know, employee-wise, Larry, Connie's husband, his mother, passed away last week. Keep them in your thoughts and prayers. Outside of that, we had the poker run that was this Saturday. It went very well. We got a lot of compliments because we were the only establishment that actually had more than one bartender show up, so nobody had to wait for anything. Tyler reported, and several other people talked to me afterwards that their members requested that we be on their next poker run stop because they really enjoyed themselves.</w:t>
      </w:r>
    </w:p>
    <w:p w14:paraId="50446E7E" w14:textId="7316A6B5" w:rsidR="001C3D5A" w:rsidRDefault="00000000">
      <w:pPr>
        <w:spacing w:after="80"/>
        <w:ind w:left="360"/>
      </w:pPr>
      <w:r>
        <w:rPr>
          <w:b/>
          <w:color w:val="0A2540"/>
        </w:rPr>
        <w:lastRenderedPageBreak/>
        <w:t>Tyler Be</w:t>
      </w:r>
      <w:r w:rsidR="00C73281">
        <w:rPr>
          <w:b/>
          <w:color w:val="0A2540"/>
        </w:rPr>
        <w:t>e</w:t>
      </w:r>
      <w:r>
        <w:rPr>
          <w:b/>
          <w:color w:val="0A2540"/>
        </w:rPr>
        <w:t xml:space="preserve">l </w:t>
      </w:r>
      <w:r w:rsidR="00260209">
        <w:rPr>
          <w:b/>
          <w:color w:val="0A2540"/>
        </w:rPr>
        <w:t>(</w:t>
      </w:r>
      <w:r w:rsidR="00C73281">
        <w:rPr>
          <w:b/>
          <w:color w:val="0A2540"/>
        </w:rPr>
        <w:t xml:space="preserve">Jr Vice </w:t>
      </w:r>
      <w:proofErr w:type="spellStart"/>
      <w:r w:rsidR="00C73281">
        <w:rPr>
          <w:b/>
          <w:color w:val="0A2540"/>
        </w:rPr>
        <w:t>Cmdr</w:t>
      </w:r>
      <w:proofErr w:type="spellEnd"/>
      <w:r w:rsidR="00260209">
        <w:rPr>
          <w:b/>
          <w:color w:val="0A2540"/>
        </w:rPr>
        <w:t>)</w:t>
      </w:r>
      <w:r>
        <w:rPr>
          <w:b/>
          <w:color w:val="0A2540"/>
        </w:rPr>
        <w:t xml:space="preserve">: </w:t>
      </w:r>
      <w:r>
        <w:t>Tyler Be</w:t>
      </w:r>
      <w:r w:rsidR="00C73281">
        <w:t>e</w:t>
      </w:r>
      <w:r>
        <w:t xml:space="preserve">l, </w:t>
      </w:r>
      <w:r w:rsidR="00C73281">
        <w:t>Junior</w:t>
      </w:r>
      <w:r>
        <w:t xml:space="preserve"> Vice, that's in talks. They want to start or end their poker run here. They do an auction and stuff like that at their first and last stop.</w:t>
      </w:r>
    </w:p>
    <w:p w14:paraId="6C4FB402" w14:textId="4A6D66B0"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We have the facilities for that, so we would be very happy. For those of you who don't know, it was Fire and Iron. It's all firemen and first responders. Anyone have any questions before moving on?</w:t>
      </w:r>
    </w:p>
    <w:p w14:paraId="48B9A192" w14:textId="0A2DB340" w:rsidR="001C3D5A" w:rsidRDefault="00000000">
      <w:pPr>
        <w:spacing w:after="80"/>
        <w:ind w:left="360"/>
      </w:pPr>
      <w:r>
        <w:rPr>
          <w:b/>
          <w:color w:val="0A2540"/>
        </w:rPr>
        <w:t xml:space="preserve">Jamie Williams: </w:t>
      </w:r>
      <w:r>
        <w:t>Can we get a form together about our inventories so we don't run into the situation where we run out of items like water again? What is the standard procedure?</w:t>
      </w:r>
    </w:p>
    <w:p w14:paraId="147826CC" w14:textId="1AA01D1F"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There's a board up there. They're supposed to, as soon as they put something on it or see it low, take a picture of it and send it to Lisa or I to get it ordered. It's an employee execution matter, not a lack of a form. We like it when we're low instead of completely out.</w:t>
      </w:r>
    </w:p>
    <w:p w14:paraId="607521E5" w14:textId="77777777" w:rsidR="001C3D5A" w:rsidRDefault="00000000">
      <w:pPr>
        <w:keepNext/>
        <w:spacing w:before="240" w:after="80"/>
      </w:pPr>
      <w:r>
        <w:rPr>
          <w:b/>
          <w:color w:val="466478"/>
          <w:sz w:val="26"/>
        </w:rPr>
        <w:t>Building, Parks, and Grounds</w:t>
      </w:r>
    </w:p>
    <w:p w14:paraId="08A23A77" w14:textId="44975678"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Canteen building, don't really have anything else going on in the building. We're still putting money as we can here and there into the roof fund. We need to make sure for future reference that communication regarding event donations/tips is ironed out ahead of time. Building committee, nothing has really changed. On parks and grounds, we did get the downed tree moved out to the parking lot. People have been picking up pieces of it, and the rest should be gone soon. For parks and grounds, we need to ask Chopper to drop the ash tree by the bunker before it falls on the pavilion. Also, regarding the black walnut tree that the village uses to hang lights, Joe mentioned asking Chopper to cut the limbs and top it so it's just the main trunk standing as a pole. Then we could get some pretty climbing vine like clematis to grow up it.</w:t>
      </w:r>
    </w:p>
    <w:p w14:paraId="52A9ACC3" w14:textId="77777777" w:rsidR="001C3D5A" w:rsidRDefault="00000000">
      <w:pPr>
        <w:spacing w:after="80"/>
        <w:ind w:left="360"/>
      </w:pPr>
      <w:r>
        <w:rPr>
          <w:b/>
          <w:color w:val="0A2540"/>
        </w:rPr>
        <w:t xml:space="preserve">Speaker 6 (Terry Roeder): </w:t>
      </w:r>
      <w:r>
        <w:t>This is Terry Roeder. Me and Stefan were talking after the Fourth where they set the stage. If we cut that tree down, we could build our own stage whenever permissible if we have funds, and try to have our own bands every now and then. We can utilize that building.</w:t>
      </w:r>
    </w:p>
    <w:p w14:paraId="5255A442" w14:textId="480B9D53"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That's already part of the long-term planning stages for the bunker initiative. In the interim, we'll use the pavilion because there's already power there. Eric has been out there busting his ass almost daily keeping everything raked up and cleaned. He continues to be a blessing to this post; make sure you tell him thank you.</w:t>
      </w:r>
    </w:p>
    <w:p w14:paraId="3A8B55A3" w14:textId="77777777" w:rsidR="001C3D5A" w:rsidRDefault="00000000">
      <w:pPr>
        <w:keepNext/>
        <w:spacing w:before="240" w:after="80"/>
      </w:pPr>
      <w:r>
        <w:rPr>
          <w:b/>
          <w:color w:val="466478"/>
          <w:sz w:val="26"/>
        </w:rPr>
        <w:t>Events Committee</w:t>
      </w:r>
    </w:p>
    <w:p w14:paraId="0E612A01" w14:textId="7ACCB11D"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Events committee: We did vote on the electrical upgrades for the bunker to take place, providing there aren't any issues with the taxes that we have to be paying coming up. We'll get the upgrades for the future kitchen and the electrics behind the bar taken care of.</w:t>
      </w:r>
    </w:p>
    <w:p w14:paraId="40952F65" w14:textId="77777777" w:rsidR="001C3D5A" w:rsidRDefault="00000000">
      <w:pPr>
        <w:keepNext/>
        <w:spacing w:before="240" w:after="80"/>
      </w:pPr>
      <w:r>
        <w:rPr>
          <w:b/>
          <w:color w:val="466478"/>
          <w:sz w:val="26"/>
        </w:rPr>
        <w:t>Sick Call and Relief</w:t>
      </w:r>
    </w:p>
    <w:p w14:paraId="36481706" w14:textId="1D8DCE11"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Sick call, relief and employment. Quick update: Victor had to go back in the hospital for another surgery on his foot for an infection. They had to clean some infection out and amputated some of his toes. He was supposed to get released today.</w:t>
      </w:r>
    </w:p>
    <w:p w14:paraId="06A81926" w14:textId="4D19FAF3" w:rsidR="001C3D5A" w:rsidRDefault="00000000">
      <w:pPr>
        <w:spacing w:after="80"/>
        <w:ind w:left="360"/>
      </w:pPr>
      <w:r>
        <w:rPr>
          <w:b/>
          <w:color w:val="0A2540"/>
        </w:rPr>
        <w:lastRenderedPageBreak/>
        <w:t xml:space="preserve">Commander </w:t>
      </w:r>
      <w:r w:rsidR="00260209">
        <w:rPr>
          <w:b/>
          <w:color w:val="0A2540"/>
        </w:rPr>
        <w:t>(Brian Humphrey)</w:t>
      </w:r>
      <w:r>
        <w:rPr>
          <w:b/>
          <w:color w:val="0A2540"/>
        </w:rPr>
        <w:t xml:space="preserve">: </w:t>
      </w:r>
      <w:r>
        <w:t>As for myself, I saw the doctor Monday and got my eye released. For those who don't know, during the cancer benefit event, I suffered a posterior vitreous detachment (PVD). The jelly in my eye separated from the back. It was non-hemorrhagic, but it peeled the vessel off and left it floating. I wasn't allowed to get my blood pressure up or do anything strenuous. Everything has now reattached itself naturally without needing corrective surgery. I had the best possible outcome for a bad situation.</w:t>
      </w:r>
    </w:p>
    <w:p w14:paraId="79D983B8" w14:textId="7A06E5B6" w:rsidR="001C3D5A" w:rsidRDefault="00000000">
      <w:pPr>
        <w:spacing w:after="80"/>
        <w:ind w:left="360"/>
      </w:pPr>
      <w:r>
        <w:rPr>
          <w:b/>
          <w:color w:val="0A2540"/>
        </w:rPr>
        <w:t xml:space="preserve">Chaplain Fred </w:t>
      </w:r>
      <w:r w:rsidR="00260209">
        <w:rPr>
          <w:b/>
          <w:color w:val="0A2540"/>
        </w:rPr>
        <w:t>(Fred Woods)</w:t>
      </w:r>
      <w:r>
        <w:rPr>
          <w:b/>
          <w:color w:val="0A2540"/>
        </w:rPr>
        <w:t xml:space="preserve">: </w:t>
      </w:r>
      <w:r>
        <w:t>Well, I had a PET scan done about a month ago. The PET scan showed three more active nodules in my right lung and two in my left. Now it's moved to the other lung as well, so they're calling it stage four. They want to start chemotherapy, but I'm not really ready for that. All of the nodules are less than a centimeter across. I've already got another scan scheduled for September. If they're larger or more active, then I'll consider chemo. The fact that it went to my left lung means they consider it metastasized. Bonnie and I are very well situated financially and structurally, but we appreciate the thoughts and prayers.</w:t>
      </w:r>
    </w:p>
    <w:p w14:paraId="289F1D89" w14:textId="77777777" w:rsidR="001C3D5A" w:rsidRDefault="00000000">
      <w:pPr>
        <w:spacing w:after="80"/>
        <w:ind w:left="360"/>
      </w:pPr>
      <w:r>
        <w:rPr>
          <w:b/>
          <w:color w:val="0A2540"/>
        </w:rPr>
        <w:t xml:space="preserve">Jamie Williams (Speaker 3): </w:t>
      </w:r>
      <w:r>
        <w:t>If you need anything from anybody here, those treatments are lengthy. If you want somebody to just come sit with you, read, watch a movie, or if you'd like us to set up a meal train for your household, just let us know.</w:t>
      </w:r>
    </w:p>
    <w:p w14:paraId="7B3CD5A0" w14:textId="078DBF84"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Fred, you will be in our prayers. If you want somebody to come sit and drink bourbon with you and piss off the nurses, Joe and I are available 24/7.</w:t>
      </w:r>
    </w:p>
    <w:p w14:paraId="67DC588E" w14:textId="77777777" w:rsidR="001C3D5A" w:rsidRDefault="00000000">
      <w:pPr>
        <w:spacing w:after="80"/>
        <w:ind w:left="360"/>
      </w:pPr>
      <w:r>
        <w:rPr>
          <w:b/>
          <w:color w:val="0A2540"/>
        </w:rPr>
        <w:t xml:space="preserve">Senior Vice (Speaker 7): </w:t>
      </w:r>
      <w:r>
        <w:t>I'll even bring the damn bourbon. One call and the phone tree gets activated.</w:t>
      </w:r>
    </w:p>
    <w:p w14:paraId="0B3E1C20" w14:textId="77777777" w:rsidR="001C3D5A" w:rsidRDefault="00000000">
      <w:pPr>
        <w:spacing w:after="80"/>
        <w:ind w:left="360"/>
      </w:pPr>
      <w:r>
        <w:rPr>
          <w:b/>
          <w:color w:val="0A2540"/>
        </w:rPr>
        <w:t xml:space="preserve">Senior Vice (Speaker 7): </w:t>
      </w:r>
      <w:r>
        <w:t>Regarding my own health, I am three weeks post-op. Tomorrow is my next visit to get cleared to drive, even though I drove here today. I'm doing good.</w:t>
      </w:r>
    </w:p>
    <w:p w14:paraId="68C9B79D" w14:textId="77777777" w:rsidR="001C3D5A" w:rsidRDefault="00000000">
      <w:pPr>
        <w:keepNext/>
        <w:spacing w:before="360" w:after="120"/>
      </w:pPr>
      <w:r>
        <w:rPr>
          <w:b/>
          <w:color w:val="0A2540"/>
          <w:sz w:val="32"/>
        </w:rPr>
        <w:t>5. Unfinished and New Business</w:t>
      </w:r>
    </w:p>
    <w:p w14:paraId="1D95E086" w14:textId="5DD5EF7E"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We don't have any unfinished business, and no new candidates to initiate. For correspondence: During the 4th of July, the Village of Dupo recognized all the veterans in this post who are members here and Dupo residents. They also presented a plaque to the post from the village for all the things that we do for the community and local organizations. This was a very nice presentation. I want to give an extra thanks to Mr. Reynolds, who is out here every 4th of July and mouse race selling tickets. We appreciate your continued service.</w:t>
      </w:r>
    </w:p>
    <w:p w14:paraId="19D32A08" w14:textId="77777777" w:rsidR="001C3D5A" w:rsidRDefault="00000000">
      <w:pPr>
        <w:keepNext/>
        <w:spacing w:before="240" w:after="80"/>
      </w:pPr>
      <w:r>
        <w:rPr>
          <w:b/>
          <w:color w:val="466478"/>
          <w:sz w:val="26"/>
        </w:rPr>
        <w:t>Finance Officer Succession and Training</w:t>
      </w:r>
    </w:p>
    <w:p w14:paraId="550034F8" w14:textId="1E038A3D"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Our finance officer, Lisa, has started a new job and as such is not going to have the hours available to her to continue doing what she does here long-term.</w:t>
      </w:r>
    </w:p>
    <w:p w14:paraId="03FCF38D" w14:textId="1D4CC6D9" w:rsidR="001C3D5A" w:rsidRDefault="00260209">
      <w:pPr>
        <w:spacing w:after="80"/>
        <w:ind w:left="360"/>
      </w:pPr>
      <w:r>
        <w:rPr>
          <w:b/>
          <w:color w:val="0A2540"/>
        </w:rPr>
        <w:t>Lisa Humphrey (Finance Officer)</w:t>
      </w:r>
      <w:r w:rsidR="00000000">
        <w:rPr>
          <w:b/>
          <w:color w:val="0A2540"/>
        </w:rPr>
        <w:t xml:space="preserve">: </w:t>
      </w:r>
      <w:r w:rsidR="00000000">
        <w:t>I've started a part-time job and I am in the process of looking for a full-time job. While I'm looking, I would like to be able to train somebody and pass on my information and knowledge so that when the time comes and I transition to full-time, someone can seamlessly take over when I officially resign.</w:t>
      </w:r>
    </w:p>
    <w:p w14:paraId="1A181974" w14:textId="57A705D8" w:rsidR="001C3D5A" w:rsidRDefault="00000000">
      <w:pPr>
        <w:spacing w:after="80"/>
        <w:ind w:left="360"/>
      </w:pPr>
      <w:r>
        <w:rPr>
          <w:b/>
          <w:color w:val="0A2540"/>
        </w:rPr>
        <w:lastRenderedPageBreak/>
        <w:t xml:space="preserve">Commander </w:t>
      </w:r>
      <w:r w:rsidR="00260209">
        <w:rPr>
          <w:b/>
          <w:color w:val="0A2540"/>
        </w:rPr>
        <w:t>(Brian Humphrey)</w:t>
      </w:r>
      <w:r>
        <w:rPr>
          <w:b/>
          <w:color w:val="0A2540"/>
        </w:rPr>
        <w:t xml:space="preserve">: </w:t>
      </w:r>
      <w:r>
        <w:t>If somebody is interested, the sooner you can get started training with her, the better. She has our payroll and finances perfectly on point. Whoever steps up to train will be appointed as an Assistant Finance Officer in the interim. Once Lisa officially submits her resignation letter to the Executive Board, we will conduct a proper special election per our guidelines. Note that per regulations, a member cannot hold two elected positions simultaneously, and the Commander cannot handle finance duties or fill the role even temporarily.</w:t>
      </w:r>
    </w:p>
    <w:p w14:paraId="29953795" w14:textId="77777777" w:rsidR="001C3D5A" w:rsidRDefault="00000000">
      <w:pPr>
        <w:keepNext/>
        <w:spacing w:before="240" w:after="80"/>
      </w:pPr>
      <w:r>
        <w:rPr>
          <w:b/>
          <w:color w:val="466478"/>
          <w:sz w:val="26"/>
        </w:rPr>
        <w:t>Motion on Certificate of Deposit (CD)</w:t>
      </w:r>
    </w:p>
    <w:p w14:paraId="5C820AB2" w14:textId="1E730686" w:rsidR="001C3D5A" w:rsidRDefault="00260209">
      <w:pPr>
        <w:spacing w:after="80"/>
        <w:ind w:left="360"/>
      </w:pPr>
      <w:r>
        <w:rPr>
          <w:b/>
          <w:color w:val="0A2540"/>
        </w:rPr>
        <w:t>Lisa Humphrey (Finance Officer)</w:t>
      </w:r>
      <w:r w:rsidR="00000000">
        <w:rPr>
          <w:b/>
          <w:color w:val="0A2540"/>
        </w:rPr>
        <w:t xml:space="preserve">: </w:t>
      </w:r>
      <w:r w:rsidR="00000000">
        <w:t>I make a motion that we cash out the auto-renewing CD that we have at Regions Bank [which is nearing archival as unclaimed funds and only earning $0.45 in interest] and use the proceeds, approximately $3,500, to pay back what is owed to the Sons of the American Legion (SAL).</w:t>
      </w:r>
    </w:p>
    <w:p w14:paraId="03E13804" w14:textId="4631F333" w:rsidR="001C3D5A" w:rsidRDefault="00C73281">
      <w:pPr>
        <w:spacing w:after="80"/>
        <w:ind w:left="360"/>
      </w:pPr>
      <w:r>
        <w:rPr>
          <w:b/>
          <w:color w:val="0A2540"/>
        </w:rPr>
        <w:t xml:space="preserve">Tyler Beel (Jr Vice </w:t>
      </w:r>
      <w:proofErr w:type="spellStart"/>
      <w:r>
        <w:rPr>
          <w:b/>
          <w:color w:val="0A2540"/>
        </w:rPr>
        <w:t>Cmdr</w:t>
      </w:r>
      <w:proofErr w:type="spellEnd"/>
      <w:r>
        <w:rPr>
          <w:b/>
          <w:color w:val="0A2540"/>
        </w:rPr>
        <w:t>)</w:t>
      </w:r>
      <w:r w:rsidR="00000000">
        <w:rPr>
          <w:b/>
          <w:color w:val="0A2540"/>
        </w:rPr>
        <w:t xml:space="preserve"> : </w:t>
      </w:r>
      <w:r w:rsidR="00000000">
        <w:t>I second the motion.</w:t>
      </w:r>
    </w:p>
    <w:p w14:paraId="722EB3C3" w14:textId="10F3FBF9"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We have a motion by Lisa, seconded by Tyler, to cash out the CD and pay back the SAL. Is there any further discussion? Hearing none, all in favor say aye. (Chorus of Ayes). Any opposed? (None). Motion passes. Stefan, please take care of transitioning that with the bank as the last surviving signatory.</w:t>
      </w:r>
    </w:p>
    <w:p w14:paraId="04B33688" w14:textId="77777777" w:rsidR="001C3D5A" w:rsidRDefault="00000000">
      <w:pPr>
        <w:keepNext/>
        <w:spacing w:before="240" w:after="80"/>
      </w:pPr>
      <w:r>
        <w:rPr>
          <w:b/>
          <w:color w:val="466478"/>
          <w:sz w:val="26"/>
        </w:rPr>
        <w:t>Bar Personnel Compensation</w:t>
      </w:r>
    </w:p>
    <w:p w14:paraId="6A3FA817" w14:textId="22CD9E2B" w:rsidR="001C3D5A" w:rsidRDefault="00260209">
      <w:pPr>
        <w:spacing w:after="80"/>
        <w:ind w:left="360"/>
      </w:pPr>
      <w:r>
        <w:rPr>
          <w:b/>
          <w:color w:val="0A2540"/>
        </w:rPr>
        <w:t>Lisa Humphrey (Finance Officer)</w:t>
      </w:r>
      <w:r w:rsidR="00000000">
        <w:rPr>
          <w:b/>
          <w:color w:val="0A2540"/>
        </w:rPr>
        <w:t xml:space="preserve">: </w:t>
      </w:r>
      <w:r w:rsidR="00000000">
        <w:t>As the assistant bar manager and finance officer, I want to clarify that on Connie's one-year anniversary, she did receive an official raise approved by the E-Board. It literally just happened.</w:t>
      </w:r>
    </w:p>
    <w:p w14:paraId="27206C66" w14:textId="1D67CF9A"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All personnel salary adjustments and raises are handled strictly through the Executive Board review process.</w:t>
      </w:r>
    </w:p>
    <w:p w14:paraId="21EB4A11" w14:textId="77777777" w:rsidR="001C3D5A" w:rsidRDefault="00000000">
      <w:pPr>
        <w:keepNext/>
        <w:spacing w:before="360" w:after="120"/>
      </w:pPr>
      <w:r>
        <w:rPr>
          <w:b/>
          <w:color w:val="0A2540"/>
          <w:sz w:val="32"/>
        </w:rPr>
        <w:t>6. Good of the American Legion &amp; Closing Ceremonies</w:t>
      </w:r>
    </w:p>
    <w:p w14:paraId="5A852CD1" w14:textId="29A46BAE" w:rsidR="001C3D5A" w:rsidRDefault="00000000">
      <w:pPr>
        <w:spacing w:after="80"/>
        <w:ind w:left="360"/>
      </w:pPr>
      <w:r>
        <w:rPr>
          <w:b/>
          <w:color w:val="0A2540"/>
        </w:rPr>
        <w:t xml:space="preserve">Junior Vice </w:t>
      </w:r>
      <w:r w:rsidR="00260209">
        <w:rPr>
          <w:b/>
          <w:color w:val="0A2540"/>
        </w:rPr>
        <w:t>(Tyler Beel)</w:t>
      </w:r>
      <w:r>
        <w:rPr>
          <w:b/>
          <w:color w:val="0A2540"/>
        </w:rPr>
        <w:t xml:space="preserve">: </w:t>
      </w:r>
      <w:r>
        <w:t>I would like everyone to thank our finance officer for her excellent tenure and modernization efforts.</w:t>
      </w:r>
    </w:p>
    <w:p w14:paraId="42152212" w14:textId="75422D24"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She has been absolutely instrumental in getting everything modernized, organized, and brought into the 21st century. I cannot take credit for that; her technical management has kept us moving forward perfectly.</w:t>
      </w:r>
    </w:p>
    <w:p w14:paraId="3FC8E5B4" w14:textId="28C4FAFE"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There being no further business, Chaplain, please lead us in the closing ceremony. All stand and remove your covers.</w:t>
      </w:r>
    </w:p>
    <w:p w14:paraId="19210A14" w14:textId="77777777" w:rsidR="001C3D5A" w:rsidRDefault="00000000">
      <w:pPr>
        <w:spacing w:before="120" w:after="120"/>
        <w:ind w:left="720" w:right="720"/>
      </w:pPr>
      <w:r>
        <w:rPr>
          <w:b/>
          <w:color w:val="466478"/>
          <w:sz w:val="20"/>
        </w:rPr>
        <w:t>[Closing Prayer]</w:t>
      </w:r>
      <w:r>
        <w:rPr>
          <w:b/>
          <w:color w:val="466478"/>
          <w:sz w:val="20"/>
        </w:rPr>
        <w:br/>
      </w:r>
      <w:r>
        <w:rPr>
          <w:i/>
          <w:sz w:val="20"/>
        </w:rPr>
        <w:t>Our Heavenly Father, we deem this a fitting time to pay our respects to our departed comrades. As we stand with bowed heads in reverence to them, let us remember the good deeds they accomplished. Let us revere them as good soldiers who fought a good fight in a just cause.</w:t>
      </w:r>
      <w:r>
        <w:rPr>
          <w:i/>
          <w:sz w:val="20"/>
        </w:rPr>
        <w:br/>
      </w:r>
      <w:r>
        <w:rPr>
          <w:i/>
          <w:sz w:val="20"/>
        </w:rPr>
        <w:br/>
        <w:t xml:space="preserve">Let us silently pray for peace, the peace that passes all understanding. And let us in mind and soul </w:t>
      </w:r>
      <w:r>
        <w:rPr>
          <w:i/>
          <w:sz w:val="20"/>
        </w:rPr>
        <w:lastRenderedPageBreak/>
        <w:t>consecrate our hearts and lives to the real America, the land of the free, the home of the brave, the America worth fighting for. As we stand in silence to our departed comrades, may we sincerely say: may their souls rest in peace. Let us also remember the POWs and MIAs still unaccounted for from all wars and conflicts. Amen.</w:t>
      </w:r>
    </w:p>
    <w:p w14:paraId="238C5305" w14:textId="0094D591" w:rsidR="001C3D5A" w:rsidRDefault="00000000">
      <w:pPr>
        <w:spacing w:after="80"/>
        <w:ind w:left="360"/>
      </w:pPr>
      <w:r>
        <w:rPr>
          <w:b/>
          <w:color w:val="0A2540"/>
        </w:rPr>
        <w:t xml:space="preserve">Commander </w:t>
      </w:r>
      <w:r w:rsidR="00260209">
        <w:rPr>
          <w:b/>
          <w:color w:val="0A2540"/>
        </w:rPr>
        <w:t>(Brian Humphrey)</w:t>
      </w:r>
      <w:r>
        <w:rPr>
          <w:b/>
          <w:color w:val="0A2540"/>
        </w:rPr>
        <w:t xml:space="preserve">: </w:t>
      </w:r>
      <w:r>
        <w:t>Till we meet again, let us remember our obligation to our country can be fulfilled only by the faithful performance of all duties of citizenship. Let service to our community, state, and nation be ever the main objective of the American Legion and its members. Let us be ever watchful of the honor of our country, our organization, and ourselves, that nothing shall swerve us from the path of justice, freedom, and democracy. Hand salute to the colors... I now declare this meeting of Prairie DuPont Post 485, American Legion, Department of Illinois, adjourned.</w:t>
      </w:r>
    </w:p>
    <w:sectPr w:rsidR="001C3D5A"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6659626">
    <w:abstractNumId w:val="8"/>
  </w:num>
  <w:num w:numId="2" w16cid:durableId="547031524">
    <w:abstractNumId w:val="6"/>
  </w:num>
  <w:num w:numId="3" w16cid:durableId="302807210">
    <w:abstractNumId w:val="5"/>
  </w:num>
  <w:num w:numId="4" w16cid:durableId="358707684">
    <w:abstractNumId w:val="4"/>
  </w:num>
  <w:num w:numId="5" w16cid:durableId="1361277098">
    <w:abstractNumId w:val="7"/>
  </w:num>
  <w:num w:numId="6" w16cid:durableId="512954908">
    <w:abstractNumId w:val="3"/>
  </w:num>
  <w:num w:numId="7" w16cid:durableId="1138499470">
    <w:abstractNumId w:val="2"/>
  </w:num>
  <w:num w:numId="8" w16cid:durableId="1929850891">
    <w:abstractNumId w:val="1"/>
  </w:num>
  <w:num w:numId="9" w16cid:durableId="1421566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3D5A"/>
    <w:rsid w:val="00260209"/>
    <w:rsid w:val="0029639D"/>
    <w:rsid w:val="00326F90"/>
    <w:rsid w:val="004D3F7E"/>
    <w:rsid w:val="00AA1D8D"/>
    <w:rsid w:val="00B47730"/>
    <w:rsid w:val="00C7328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4A9654"/>
  <w14:defaultImageDpi w14:val="300"/>
  <w15:docId w15:val="{F7C85F98-6090-40B6-A069-FB1240B2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828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3301</Words>
  <Characters>18817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Ken Riddle</cp:lastModifiedBy>
  <cp:revision>2</cp:revision>
  <dcterms:created xsi:type="dcterms:W3CDTF">2026-07-19T20:57:00Z</dcterms:created>
  <dcterms:modified xsi:type="dcterms:W3CDTF">2026-07-19T20:57:00Z</dcterms:modified>
  <cp:category/>
</cp:coreProperties>
</file>